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C07A8F" w14:textId="77777777" w:rsidR="00D94D0B" w:rsidRDefault="00000000">
      <w:pPr>
        <w:jc w:val="center"/>
      </w:pPr>
      <w:r>
        <w:rPr>
          <w:rFonts w:ascii="Arial" w:hAnsi="Arial"/>
          <w:b/>
          <w:sz w:val="28"/>
        </w:rPr>
        <w:t>VZOROVÝ FORMULÁR NA ODSTÚPENIE OD ZMLUVY</w:t>
      </w:r>
    </w:p>
    <w:p w14:paraId="092A698A" w14:textId="77777777" w:rsidR="00D94D0B" w:rsidRDefault="00000000">
      <w:pPr>
        <w:jc w:val="center"/>
      </w:pPr>
      <w:r>
        <w:rPr>
          <w:rFonts w:ascii="Arial" w:hAnsi="Arial"/>
          <w:sz w:val="20"/>
        </w:rPr>
        <w:t>(vyplňte a pošlite tento formulár len v prípade, že si želáte odstúpiť od zmluvy)</w:t>
      </w:r>
    </w:p>
    <w:p w14:paraId="3B1F7F57" w14:textId="77777777" w:rsidR="00D94D0B" w:rsidRDefault="00D94D0B"/>
    <w:p w14:paraId="42650CE3" w14:textId="77777777" w:rsidR="00D94D0B" w:rsidRDefault="00000000">
      <w:r>
        <w:rPr>
          <w:rFonts w:ascii="Arial" w:hAnsi="Arial"/>
          <w:b/>
        </w:rPr>
        <w:t>Komu:</w:t>
      </w:r>
    </w:p>
    <w:p w14:paraId="39AC49F7" w14:textId="77777777" w:rsidR="00D94D0B" w:rsidRDefault="00000000">
      <w:r>
        <w:rPr>
          <w:rFonts w:ascii="Arial" w:hAnsi="Arial"/>
          <w:b/>
        </w:rPr>
        <w:t>IDENTIFIKAČNÉ ÚDAJE POSKYTOVATEĽA SLUŽBY:</w:t>
      </w:r>
    </w:p>
    <w:p w14:paraId="52C85D44" w14:textId="5A254619" w:rsidR="00D94D0B" w:rsidRDefault="00000000">
      <w:r>
        <w:rPr>
          <w:rFonts w:ascii="Arial" w:hAnsi="Arial"/>
        </w:rPr>
        <w:t xml:space="preserve">RK4 </w:t>
      </w:r>
      <w:r w:rsidR="00466AAA">
        <w:rPr>
          <w:rFonts w:ascii="Arial" w:hAnsi="Arial"/>
        </w:rPr>
        <w:t xml:space="preserve">Reality </w:t>
      </w:r>
      <w:r>
        <w:rPr>
          <w:rFonts w:ascii="Arial" w:hAnsi="Arial"/>
        </w:rPr>
        <w:t xml:space="preserve">s. r. o., IČO 53 626 737, </w:t>
      </w:r>
      <w:proofErr w:type="spellStart"/>
      <w:r w:rsidR="00466AAA">
        <w:rPr>
          <w:rFonts w:ascii="Arial" w:hAnsi="Arial"/>
        </w:rPr>
        <w:t>Palisády</w:t>
      </w:r>
      <w:proofErr w:type="spellEnd"/>
      <w:r w:rsidR="00466AAA">
        <w:rPr>
          <w:rFonts w:ascii="Arial" w:hAnsi="Arial"/>
        </w:rPr>
        <w:t xml:space="preserve"> 736/48</w:t>
      </w:r>
      <w:r>
        <w:rPr>
          <w:rFonts w:ascii="Arial" w:hAnsi="Arial"/>
        </w:rPr>
        <w:t>, 8</w:t>
      </w:r>
      <w:r w:rsidR="00466AAA">
        <w:rPr>
          <w:rFonts w:ascii="Arial" w:hAnsi="Arial"/>
        </w:rPr>
        <w:t>11 06</w:t>
      </w:r>
      <w:r>
        <w:rPr>
          <w:rFonts w:ascii="Arial" w:hAnsi="Arial"/>
        </w:rPr>
        <w:t xml:space="preserve"> Bratislava‑</w:t>
      </w:r>
      <w:r w:rsidR="00466AAA">
        <w:rPr>
          <w:rFonts w:ascii="Arial" w:hAnsi="Arial"/>
        </w:rPr>
        <w:t>Staré Mesto</w:t>
      </w:r>
    </w:p>
    <w:p w14:paraId="471FD6A9" w14:textId="2B17ABFF" w:rsidR="00D94D0B" w:rsidRDefault="00000000">
      <w:r>
        <w:rPr>
          <w:rFonts w:ascii="Arial" w:hAnsi="Arial"/>
        </w:rPr>
        <w:t>Tel.: +421 911 </w:t>
      </w:r>
      <w:r w:rsidR="00466AAA">
        <w:rPr>
          <w:rFonts w:ascii="Arial" w:hAnsi="Arial"/>
        </w:rPr>
        <w:t>109 594</w:t>
      </w:r>
    </w:p>
    <w:p w14:paraId="2B7AFA25" w14:textId="2C53E952" w:rsidR="00D94D0B" w:rsidRDefault="00000000">
      <w:r>
        <w:rPr>
          <w:rFonts w:ascii="Arial" w:hAnsi="Arial"/>
        </w:rPr>
        <w:t xml:space="preserve">E‑mail: </w:t>
      </w:r>
      <w:r w:rsidR="00466AAA">
        <w:rPr>
          <w:rFonts w:ascii="Arial" w:hAnsi="Arial"/>
        </w:rPr>
        <w:t>info</w:t>
      </w:r>
      <w:r>
        <w:rPr>
          <w:rFonts w:ascii="Arial" w:hAnsi="Arial"/>
        </w:rPr>
        <w:t>@rk4.sk</w:t>
      </w:r>
    </w:p>
    <w:p w14:paraId="27DB34BC" w14:textId="34E3D66F" w:rsidR="00D94D0B" w:rsidRDefault="00000000">
      <w:r>
        <w:rPr>
          <w:rFonts w:ascii="Arial" w:hAnsi="Arial"/>
        </w:rPr>
        <w:t xml:space="preserve">Prevádzkareň pre </w:t>
      </w:r>
      <w:proofErr w:type="spellStart"/>
      <w:r>
        <w:rPr>
          <w:rFonts w:ascii="Arial" w:hAnsi="Arial"/>
        </w:rPr>
        <w:t>osobné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podanie</w:t>
      </w:r>
      <w:proofErr w:type="spellEnd"/>
      <w:r>
        <w:rPr>
          <w:rFonts w:ascii="Arial" w:hAnsi="Arial"/>
        </w:rPr>
        <w:t xml:space="preserve">: </w:t>
      </w:r>
      <w:proofErr w:type="spellStart"/>
      <w:r>
        <w:rPr>
          <w:rFonts w:ascii="Arial" w:hAnsi="Arial"/>
        </w:rPr>
        <w:t>Palisády</w:t>
      </w:r>
      <w:proofErr w:type="spellEnd"/>
      <w:r>
        <w:rPr>
          <w:rFonts w:ascii="Arial" w:hAnsi="Arial"/>
        </w:rPr>
        <w:t> </w:t>
      </w:r>
      <w:r w:rsidR="00E51B92">
        <w:rPr>
          <w:rFonts w:ascii="Arial" w:hAnsi="Arial"/>
        </w:rPr>
        <w:t>736/</w:t>
      </w:r>
      <w:r>
        <w:rPr>
          <w:rFonts w:ascii="Arial" w:hAnsi="Arial"/>
        </w:rPr>
        <w:t>48, 811 06 Bratislava</w:t>
      </w:r>
      <w:r w:rsidR="00E51B92">
        <w:rPr>
          <w:rFonts w:ascii="Arial" w:hAnsi="Arial"/>
        </w:rPr>
        <w:t>‑Staré Mesto</w:t>
      </w:r>
    </w:p>
    <w:p w14:paraId="1F82DB3A" w14:textId="3FBCB73A" w:rsidR="00D94D0B" w:rsidRDefault="00000000">
      <w:proofErr w:type="spellStart"/>
      <w:r>
        <w:rPr>
          <w:rFonts w:ascii="Arial" w:hAnsi="Arial"/>
        </w:rPr>
        <w:t>Úradné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hodiny</w:t>
      </w:r>
      <w:proofErr w:type="spellEnd"/>
      <w:r>
        <w:rPr>
          <w:rFonts w:ascii="Arial" w:hAnsi="Arial"/>
        </w:rPr>
        <w:t xml:space="preserve">: </w:t>
      </w:r>
      <w:proofErr w:type="spellStart"/>
      <w:r>
        <w:rPr>
          <w:rFonts w:ascii="Arial" w:hAnsi="Arial"/>
        </w:rPr>
        <w:t>pondelok</w:t>
      </w:r>
      <w:proofErr w:type="spellEnd"/>
      <w:r>
        <w:rPr>
          <w:rFonts w:ascii="Arial" w:hAnsi="Arial"/>
        </w:rPr>
        <w:t xml:space="preserve"> – </w:t>
      </w:r>
      <w:proofErr w:type="spellStart"/>
      <w:r>
        <w:rPr>
          <w:rFonts w:ascii="Arial" w:hAnsi="Arial"/>
        </w:rPr>
        <w:t>piatok</w:t>
      </w:r>
      <w:proofErr w:type="spellEnd"/>
      <w:r>
        <w:rPr>
          <w:rFonts w:ascii="Arial" w:hAnsi="Arial"/>
        </w:rPr>
        <w:t> 0</w:t>
      </w:r>
      <w:r w:rsidR="00466AAA">
        <w:rPr>
          <w:rFonts w:ascii="Arial" w:hAnsi="Arial"/>
        </w:rPr>
        <w:t>9:0</w:t>
      </w:r>
      <w:r>
        <w:rPr>
          <w:rFonts w:ascii="Arial" w:hAnsi="Arial"/>
        </w:rPr>
        <w:t>0 – 1</w:t>
      </w:r>
      <w:r w:rsidR="00466AAA">
        <w:rPr>
          <w:rFonts w:ascii="Arial" w:hAnsi="Arial"/>
        </w:rPr>
        <w:t>7:0</w:t>
      </w:r>
      <w:r>
        <w:rPr>
          <w:rFonts w:ascii="Arial" w:hAnsi="Arial"/>
        </w:rPr>
        <w:t>0</w:t>
      </w:r>
    </w:p>
    <w:p w14:paraId="7A210C1F" w14:textId="77777777" w:rsidR="00D94D0B" w:rsidRPr="00466AAA" w:rsidRDefault="00D94D0B">
      <w:pPr>
        <w:rPr>
          <w:sz w:val="16"/>
          <w:szCs w:val="16"/>
        </w:rPr>
      </w:pPr>
    </w:p>
    <w:p w14:paraId="60DAE91C" w14:textId="77777777" w:rsidR="00D94D0B" w:rsidRDefault="00000000">
      <w:r>
        <w:rPr>
          <w:rFonts w:ascii="Arial" w:hAnsi="Arial"/>
          <w:b/>
        </w:rPr>
        <w:t>Objednávateľ / spotrebiteľ:</w:t>
      </w:r>
    </w:p>
    <w:p w14:paraId="492DCDEF" w14:textId="374E6346" w:rsidR="00D94D0B" w:rsidRDefault="00000000">
      <w:r>
        <w:rPr>
          <w:rFonts w:ascii="Arial" w:hAnsi="Arial"/>
        </w:rPr>
        <w:t>Meno a priezvisko: ............................................................................................</w:t>
      </w:r>
      <w:r w:rsidR="00466AAA">
        <w:rPr>
          <w:rFonts w:ascii="Arial" w:hAnsi="Arial"/>
        </w:rPr>
        <w:t>...</w:t>
      </w:r>
      <w:r>
        <w:rPr>
          <w:rFonts w:ascii="Arial" w:hAnsi="Arial"/>
        </w:rPr>
        <w:t>.....................</w:t>
      </w:r>
    </w:p>
    <w:p w14:paraId="7D421FD7" w14:textId="77777777" w:rsidR="00D94D0B" w:rsidRPr="00466AAA" w:rsidRDefault="00D94D0B">
      <w:pPr>
        <w:rPr>
          <w:sz w:val="16"/>
          <w:szCs w:val="16"/>
        </w:rPr>
      </w:pPr>
    </w:p>
    <w:p w14:paraId="6CCC6906" w14:textId="77777777" w:rsidR="00D94D0B" w:rsidRDefault="00000000">
      <w:pPr>
        <w:rPr>
          <w:rFonts w:ascii="Arial" w:hAnsi="Arial"/>
        </w:rPr>
      </w:pPr>
      <w:r>
        <w:rPr>
          <w:rFonts w:ascii="Arial" w:hAnsi="Arial"/>
        </w:rPr>
        <w:t xml:space="preserve">Týmto oznamujem, že odstupujem </w:t>
      </w:r>
      <w:proofErr w:type="spellStart"/>
      <w:r>
        <w:rPr>
          <w:rFonts w:ascii="Arial" w:hAnsi="Arial"/>
        </w:rPr>
        <w:t>od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zmluvy</w:t>
      </w:r>
      <w:proofErr w:type="spellEnd"/>
      <w:r>
        <w:rPr>
          <w:rFonts w:ascii="Arial" w:hAnsi="Arial"/>
        </w:rPr>
        <w:t xml:space="preserve"> o </w:t>
      </w:r>
      <w:proofErr w:type="spellStart"/>
      <w:r>
        <w:rPr>
          <w:rFonts w:ascii="Arial" w:hAnsi="Arial"/>
        </w:rPr>
        <w:t>poskytnutí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realitných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služieb</w:t>
      </w:r>
      <w:proofErr w:type="spellEnd"/>
    </w:p>
    <w:p w14:paraId="148C1F89" w14:textId="77777777" w:rsidR="00466AAA" w:rsidRPr="00466AAA" w:rsidRDefault="00466AAA">
      <w:pPr>
        <w:rPr>
          <w:sz w:val="10"/>
          <w:szCs w:val="10"/>
        </w:rPr>
      </w:pPr>
    </w:p>
    <w:p w14:paraId="78E5F700" w14:textId="79FD7CB9" w:rsidR="00D94D0B" w:rsidRDefault="00000000" w:rsidP="00466AAA">
      <w:r>
        <w:rPr>
          <w:rFonts w:ascii="Arial" w:hAnsi="Arial"/>
        </w:rPr>
        <w:t>(</w:t>
      </w:r>
      <w:proofErr w:type="spellStart"/>
      <w:r>
        <w:rPr>
          <w:rFonts w:ascii="Arial" w:hAnsi="Arial"/>
        </w:rPr>
        <w:t>číslo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zmluvy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alebo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názov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nehnuteľnosti</w:t>
      </w:r>
      <w:proofErr w:type="spellEnd"/>
      <w:r>
        <w:rPr>
          <w:rFonts w:ascii="Arial" w:hAnsi="Arial"/>
        </w:rPr>
        <w:t>):</w:t>
      </w:r>
      <w:r w:rsidR="00466AAA">
        <w:rPr>
          <w:rFonts w:ascii="Arial" w:hAnsi="Arial"/>
        </w:rPr>
        <w:t xml:space="preserve"> </w:t>
      </w:r>
      <w:r>
        <w:rPr>
          <w:rFonts w:ascii="Arial" w:hAnsi="Arial"/>
        </w:rPr>
        <w:t>...........................................................</w:t>
      </w:r>
      <w:r w:rsidR="00466AAA">
        <w:rPr>
          <w:rFonts w:ascii="Arial" w:hAnsi="Arial"/>
        </w:rPr>
        <w:t>.....</w:t>
      </w:r>
      <w:r>
        <w:rPr>
          <w:rFonts w:ascii="Arial" w:hAnsi="Arial"/>
        </w:rPr>
        <w:t>.................</w:t>
      </w:r>
    </w:p>
    <w:p w14:paraId="2941A387" w14:textId="77777777" w:rsidR="00D94D0B" w:rsidRPr="00466AAA" w:rsidRDefault="00D94D0B">
      <w:pPr>
        <w:rPr>
          <w:sz w:val="16"/>
          <w:szCs w:val="16"/>
        </w:rPr>
      </w:pPr>
    </w:p>
    <w:p w14:paraId="562B3481" w14:textId="2AC06EA5" w:rsidR="00D94D0B" w:rsidRDefault="00000000">
      <w:r>
        <w:rPr>
          <w:rFonts w:ascii="Arial" w:hAnsi="Arial"/>
        </w:rPr>
        <w:t>Dátum uzavretia zmluvy / dátum prevzatia služby*: .....</w:t>
      </w:r>
      <w:r w:rsidR="00466AAA">
        <w:rPr>
          <w:rFonts w:ascii="Arial" w:hAnsi="Arial"/>
        </w:rPr>
        <w:t>........................................</w:t>
      </w:r>
      <w:r>
        <w:rPr>
          <w:rFonts w:ascii="Arial" w:hAnsi="Arial"/>
        </w:rPr>
        <w:t>......................</w:t>
      </w:r>
    </w:p>
    <w:p w14:paraId="528A171F" w14:textId="77777777" w:rsidR="00D94D0B" w:rsidRDefault="00D94D0B"/>
    <w:p w14:paraId="16A5ED6F" w14:textId="77777777" w:rsidR="00D94D0B" w:rsidRDefault="00000000">
      <w:r>
        <w:rPr>
          <w:rFonts w:ascii="Arial" w:hAnsi="Arial"/>
        </w:rPr>
        <w:t>Adresa spotrebiteľa: ....................................................................................................................</w:t>
      </w:r>
    </w:p>
    <w:p w14:paraId="769287C0" w14:textId="77777777" w:rsidR="00D94D0B" w:rsidRDefault="00000000">
      <w:r>
        <w:rPr>
          <w:rFonts w:ascii="Arial" w:hAnsi="Arial"/>
        </w:rPr>
        <w:t>....................................................................................................................................................</w:t>
      </w:r>
    </w:p>
    <w:p w14:paraId="6E6EB514" w14:textId="77777777" w:rsidR="00D94D0B" w:rsidRPr="00466AAA" w:rsidRDefault="00D94D0B">
      <w:pPr>
        <w:rPr>
          <w:sz w:val="16"/>
          <w:szCs w:val="16"/>
        </w:rPr>
      </w:pPr>
    </w:p>
    <w:p w14:paraId="2825A280" w14:textId="77777777" w:rsidR="00D94D0B" w:rsidRDefault="00000000">
      <w:r>
        <w:rPr>
          <w:rFonts w:ascii="Arial" w:hAnsi="Arial"/>
          <w:b/>
        </w:rPr>
        <w:t>Podpis spotrebiteľa (len pri papierovej forme):</w:t>
      </w:r>
    </w:p>
    <w:p w14:paraId="5E16AEB2" w14:textId="412A43F8" w:rsidR="00D94D0B" w:rsidRDefault="00000000" w:rsidP="00466AAA">
      <w:pPr>
        <w:ind w:left="4320" w:firstLine="720"/>
      </w:pPr>
      <w:r>
        <w:rPr>
          <w:rFonts w:ascii="Arial" w:hAnsi="Arial"/>
        </w:rPr>
        <w:t>...................................</w:t>
      </w:r>
      <w:r w:rsidR="00466AAA">
        <w:rPr>
          <w:rFonts w:ascii="Arial" w:hAnsi="Arial"/>
        </w:rPr>
        <w:t>............</w:t>
      </w:r>
      <w:r>
        <w:rPr>
          <w:rFonts w:ascii="Arial" w:hAnsi="Arial"/>
        </w:rPr>
        <w:t>..................</w:t>
      </w:r>
    </w:p>
    <w:p w14:paraId="4A928545" w14:textId="340622F6" w:rsidR="00D94D0B" w:rsidRDefault="00000000">
      <w:proofErr w:type="spellStart"/>
      <w:r>
        <w:rPr>
          <w:rFonts w:ascii="Arial" w:hAnsi="Arial"/>
          <w:b/>
        </w:rPr>
        <w:t>Dátum</w:t>
      </w:r>
      <w:proofErr w:type="spellEnd"/>
      <w:r>
        <w:rPr>
          <w:rFonts w:ascii="Arial" w:hAnsi="Arial"/>
          <w:b/>
        </w:rPr>
        <w:t>:</w:t>
      </w:r>
      <w:r w:rsidR="00466AAA">
        <w:tab/>
      </w:r>
      <w:r>
        <w:rPr>
          <w:rFonts w:ascii="Arial" w:hAnsi="Arial"/>
        </w:rPr>
        <w:t>..................</w:t>
      </w:r>
      <w:r w:rsidR="00466AAA">
        <w:rPr>
          <w:rFonts w:ascii="Arial" w:hAnsi="Arial"/>
        </w:rPr>
        <w:t>......</w:t>
      </w:r>
      <w:r>
        <w:rPr>
          <w:rFonts w:ascii="Arial" w:hAnsi="Arial"/>
        </w:rPr>
        <w:t>..........</w:t>
      </w:r>
    </w:p>
    <w:p w14:paraId="720F90E3" w14:textId="77777777" w:rsidR="00D94D0B" w:rsidRDefault="00D94D0B"/>
    <w:p w14:paraId="5A365916" w14:textId="77777777" w:rsidR="00D94D0B" w:rsidRDefault="00000000">
      <w:r>
        <w:rPr>
          <w:rFonts w:ascii="Arial" w:hAnsi="Arial"/>
          <w:sz w:val="18"/>
        </w:rPr>
        <w:t>* Nehodiace sa prečiarknite alebo označte „X“</w:t>
      </w:r>
    </w:p>
    <w:sectPr w:rsidR="00D94D0B" w:rsidSect="00034616">
      <w:pgSz w:w="12240" w:h="15840"/>
      <w:pgMar w:top="1134" w:right="1134" w:bottom="1134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21927421">
    <w:abstractNumId w:val="8"/>
  </w:num>
  <w:num w:numId="2" w16cid:durableId="739059295">
    <w:abstractNumId w:val="6"/>
  </w:num>
  <w:num w:numId="3" w16cid:durableId="199635474">
    <w:abstractNumId w:val="5"/>
  </w:num>
  <w:num w:numId="4" w16cid:durableId="1530336325">
    <w:abstractNumId w:val="4"/>
  </w:num>
  <w:num w:numId="5" w16cid:durableId="704987702">
    <w:abstractNumId w:val="7"/>
  </w:num>
  <w:num w:numId="6" w16cid:durableId="818152343">
    <w:abstractNumId w:val="3"/>
  </w:num>
  <w:num w:numId="7" w16cid:durableId="68116250">
    <w:abstractNumId w:val="2"/>
  </w:num>
  <w:num w:numId="8" w16cid:durableId="459766000">
    <w:abstractNumId w:val="1"/>
  </w:num>
  <w:num w:numId="9" w16cid:durableId="4424595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5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3F43CB"/>
    <w:rsid w:val="00466AAA"/>
    <w:rsid w:val="00AA1D8D"/>
    <w:rsid w:val="00B47730"/>
    <w:rsid w:val="00CB0664"/>
    <w:rsid w:val="00CD39C8"/>
    <w:rsid w:val="00D94D0B"/>
    <w:rsid w:val="00E51B92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B1DE14"/>
  <w14:defaultImageDpi w14:val="300"/>
  <w15:docId w15:val="{BAF5D468-75E9-DD4E-A2B4-7F3F4B0BF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RK4 Reality</cp:lastModifiedBy>
  <cp:revision>3</cp:revision>
  <dcterms:created xsi:type="dcterms:W3CDTF">2013-12-23T23:15:00Z</dcterms:created>
  <dcterms:modified xsi:type="dcterms:W3CDTF">2026-06-01T12:38:00Z</dcterms:modified>
  <cp:category/>
</cp:coreProperties>
</file>